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F1D44" w14:textId="1B64981D" w:rsidR="00C174B2" w:rsidRPr="00C174B2" w:rsidRDefault="00C174B2" w:rsidP="00C174B2">
      <w:pPr>
        <w:keepNext/>
        <w:pageBreakBefore/>
        <w:rPr>
          <w:rFonts w:ascii="游明朝" w:eastAsia="游明朝" w:hAnsi="游明朝"/>
          <w:bCs/>
          <w:sz w:val="21"/>
          <w:szCs w:val="21"/>
          <w:lang w:eastAsia="ja-JP"/>
        </w:rPr>
      </w:pPr>
      <w:r w:rsidRPr="00C174B2">
        <w:rPr>
          <w:rFonts w:hint="eastAsia"/>
          <w:bCs/>
          <w:szCs w:val="21"/>
          <w:lang w:eastAsia="ja-JP"/>
        </w:rPr>
        <w:t>様式第１号</w:t>
      </w:r>
      <w:r>
        <w:rPr>
          <w:rFonts w:hint="eastAsia"/>
          <w:bCs/>
          <w:szCs w:val="21"/>
          <w:lang w:eastAsia="ja-JP"/>
        </w:rPr>
        <w:t>（第６条関係）</w:t>
      </w:r>
    </w:p>
    <w:p w14:paraId="1375CC17" w14:textId="54E293DB" w:rsidR="00143AE6" w:rsidRDefault="00143AE6" w:rsidP="00143AE6">
      <w:pPr>
        <w:spacing w:after="220"/>
        <w:jc w:val="center"/>
      </w:pPr>
      <w:proofErr w:type="spellStart"/>
      <w:r>
        <w:t>中条市場出店用物品貸付申請書</w:t>
      </w:r>
      <w:proofErr w:type="spellEnd"/>
    </w:p>
    <w:p w14:paraId="29235BAF" w14:textId="77777777" w:rsidR="00143AE6" w:rsidRDefault="00143AE6" w:rsidP="00143AE6">
      <w:pPr>
        <w:jc w:val="right"/>
      </w:pPr>
      <w:proofErr w:type="spellStart"/>
      <w:r>
        <w:t>令和</w:t>
      </w:r>
      <w:proofErr w:type="spellEnd"/>
      <w:r>
        <w:t xml:space="preserve">　　　年　　　月　　　日</w:t>
      </w:r>
    </w:p>
    <w:p w14:paraId="4C810D6F" w14:textId="77777777" w:rsidR="00143AE6" w:rsidRDefault="00143AE6" w:rsidP="00143AE6">
      <w:pPr>
        <w:spacing w:after="160"/>
      </w:pPr>
      <w:proofErr w:type="spellStart"/>
      <w:r>
        <w:t>胎内市長</w:t>
      </w:r>
      <w:proofErr w:type="spellEnd"/>
      <w:r>
        <w:t xml:space="preserve">　様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7416"/>
      </w:tblGrid>
      <w:tr w:rsidR="00143AE6" w14:paraId="717BFEE5" w14:textId="77777777" w:rsidTr="00AC0DCC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ED3265" w14:textId="77777777" w:rsidR="00143AE6" w:rsidRDefault="00143AE6" w:rsidP="00AC0DCC">
            <w:proofErr w:type="spellStart"/>
            <w:r>
              <w:rPr>
                <w:b/>
              </w:rPr>
              <w:t>申請者</w:t>
            </w:r>
            <w:proofErr w:type="spellEnd"/>
          </w:p>
        </w:tc>
        <w:tc>
          <w:tcPr>
            <w:tcW w:w="74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B302B7" w14:textId="77777777" w:rsidR="00143AE6" w:rsidRDefault="00143AE6" w:rsidP="00AC0DCC">
            <w:proofErr w:type="spellStart"/>
            <w:r>
              <w:t>住所（所在地</w:t>
            </w:r>
            <w:proofErr w:type="spellEnd"/>
            <w:r>
              <w:t>）　________________________________________</w:t>
            </w:r>
          </w:p>
        </w:tc>
      </w:tr>
      <w:tr w:rsidR="00143AE6" w14:paraId="4AC83938" w14:textId="77777777" w:rsidTr="00AC0DCC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EE7DEB" w14:textId="77777777" w:rsidR="00143AE6" w:rsidRDefault="00143AE6" w:rsidP="00AC0DCC"/>
        </w:tc>
        <w:tc>
          <w:tcPr>
            <w:tcW w:w="74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617B69" w14:textId="77777777" w:rsidR="00143AE6" w:rsidRDefault="00143AE6" w:rsidP="00AC0DCC">
            <w:pPr>
              <w:rPr>
                <w:lang w:eastAsia="ja-JP"/>
              </w:rPr>
            </w:pPr>
            <w:r>
              <w:rPr>
                <w:lang w:eastAsia="ja-JP"/>
              </w:rPr>
              <w:t>氏名（団体名・代表者名）　____________________________</w:t>
            </w:r>
          </w:p>
        </w:tc>
      </w:tr>
      <w:tr w:rsidR="00143AE6" w14:paraId="67E244B0" w14:textId="77777777" w:rsidTr="00AC0DCC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47FD85" w14:textId="77777777" w:rsidR="00143AE6" w:rsidRDefault="00143AE6" w:rsidP="00AC0DCC">
            <w:pPr>
              <w:rPr>
                <w:lang w:eastAsia="ja-JP"/>
              </w:rPr>
            </w:pPr>
          </w:p>
        </w:tc>
        <w:tc>
          <w:tcPr>
            <w:tcW w:w="74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D5D1E7" w14:textId="77777777" w:rsidR="00143AE6" w:rsidRDefault="00143AE6" w:rsidP="00AC0DCC">
            <w:proofErr w:type="spellStart"/>
            <w:r>
              <w:t>電話番号</w:t>
            </w:r>
            <w:proofErr w:type="spellEnd"/>
            <w:r>
              <w:t xml:space="preserve">　________________　</w:t>
            </w:r>
            <w:proofErr w:type="spellStart"/>
            <w:r>
              <w:t>連絡先</w:t>
            </w:r>
            <w:proofErr w:type="spellEnd"/>
            <w:r>
              <w:t xml:space="preserve">　________________</w:t>
            </w:r>
          </w:p>
        </w:tc>
      </w:tr>
      <w:tr w:rsidR="00143AE6" w14:paraId="5CA0ACAE" w14:textId="77777777" w:rsidTr="00AC0DCC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71EF7F" w14:textId="77777777" w:rsidR="00143AE6" w:rsidRDefault="00143AE6" w:rsidP="00AC0DCC">
            <w:proofErr w:type="spellStart"/>
            <w:r>
              <w:rPr>
                <w:b/>
              </w:rPr>
              <w:t>出店名</w:t>
            </w:r>
            <w:proofErr w:type="spellEnd"/>
          </w:p>
        </w:tc>
        <w:tc>
          <w:tcPr>
            <w:tcW w:w="74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FDD9FE" w14:textId="77777777" w:rsidR="00143AE6" w:rsidRDefault="00143AE6" w:rsidP="00AC0DCC">
            <w:r>
              <w:t>______________________________________________________</w:t>
            </w:r>
          </w:p>
        </w:tc>
      </w:tr>
    </w:tbl>
    <w:p w14:paraId="1B0D6D06" w14:textId="77777777" w:rsidR="00143AE6" w:rsidRDefault="00143AE6" w:rsidP="00143AE6">
      <w:pPr>
        <w:spacing w:after="140"/>
        <w:rPr>
          <w:lang w:eastAsia="ja-JP"/>
        </w:rPr>
      </w:pPr>
      <w:r>
        <w:rPr>
          <w:lang w:eastAsia="ja-JP"/>
        </w:rPr>
        <w:t>中条市場への出店に使用するため、次のとおり物品の貸付けを申請します。</w:t>
      </w:r>
    </w:p>
    <w:tbl>
      <w:tblPr>
        <w:tblW w:w="9864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7416"/>
      </w:tblGrid>
      <w:tr w:rsidR="00143AE6" w14:paraId="38060BC0" w14:textId="77777777" w:rsidTr="00D1009B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1C428A" w14:textId="18896B48" w:rsidR="00143AE6" w:rsidRDefault="00F767FE" w:rsidP="00AC0DCC">
            <w:r>
              <w:rPr>
                <w:rFonts w:hint="eastAsia"/>
                <w:b/>
                <w:lang w:eastAsia="ja-JP"/>
              </w:rPr>
              <w:t>貸付希望日（</w:t>
            </w:r>
            <w:proofErr w:type="spellStart"/>
            <w:r w:rsidR="00143AE6">
              <w:rPr>
                <w:b/>
              </w:rPr>
              <w:t>出店日</w:t>
            </w:r>
            <w:proofErr w:type="spellEnd"/>
            <w:r>
              <w:rPr>
                <w:rFonts w:hint="eastAsia"/>
                <w:b/>
                <w:lang w:eastAsia="ja-JP"/>
              </w:rPr>
              <w:t>）</w:t>
            </w:r>
          </w:p>
        </w:tc>
        <w:tc>
          <w:tcPr>
            <w:tcW w:w="74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318D49" w14:textId="52183DE5" w:rsidR="00D866BD" w:rsidRPr="00D866BD" w:rsidRDefault="00143AE6" w:rsidP="00AC0DCC">
            <w:pPr>
              <w:rPr>
                <w:sz w:val="19"/>
                <w:lang w:eastAsia="ja-JP"/>
              </w:rPr>
            </w:pPr>
            <w:proofErr w:type="spellStart"/>
            <w:r>
              <w:t>令和</w:t>
            </w:r>
            <w:proofErr w:type="spellEnd"/>
            <w:r>
              <w:t xml:space="preserve">　　　年　　　月　　　日</w:t>
            </w:r>
            <w:r w:rsidR="00F767FE">
              <w:rPr>
                <w:rFonts w:hint="eastAsia"/>
                <w:lang w:eastAsia="ja-JP"/>
              </w:rPr>
              <w:t>、</w:t>
            </w:r>
            <w:r w:rsidR="00F767FE">
              <w:t xml:space="preserve">　　　月　　　日</w:t>
            </w:r>
          </w:p>
        </w:tc>
      </w:tr>
      <w:tr w:rsidR="00D1009B" w14:paraId="0A8AB0BC" w14:textId="77777777" w:rsidTr="00D1009B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8E5F68" w14:textId="66A5FB3B" w:rsidR="00D1009B" w:rsidRDefault="00D1009B" w:rsidP="00D1009B">
            <w:pPr>
              <w:rPr>
                <w:b/>
                <w:lang w:eastAsia="ja-JP"/>
              </w:rPr>
            </w:pPr>
            <w:proofErr w:type="spellStart"/>
            <w:r>
              <w:rPr>
                <w:b/>
              </w:rPr>
              <w:t>貸付対象者の区分</w:t>
            </w:r>
            <w:proofErr w:type="spellEnd"/>
          </w:p>
        </w:tc>
        <w:tc>
          <w:tcPr>
            <w:tcW w:w="74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EF0474" w14:textId="509792EF" w:rsidR="00D1009B" w:rsidRDefault="00D1009B" w:rsidP="00D1009B">
            <w:pPr>
              <w:rPr>
                <w:lang w:eastAsia="ja-JP"/>
              </w:rPr>
            </w:pPr>
            <w:r>
              <w:rPr>
                <w:lang w:eastAsia="ja-JP"/>
              </w:rPr>
              <w:t>□ 初出店又は初出店から１年以内</w:t>
            </w:r>
            <w:r>
              <w:rPr>
                <w:lang w:eastAsia="ja-JP"/>
              </w:rPr>
              <w:br/>
              <w:t>□ 学生団体（商店街活性化事業補助金の補助対象者）</w:t>
            </w:r>
          </w:p>
        </w:tc>
      </w:tr>
      <w:tr w:rsidR="00143AE6" w14:paraId="1568AD00" w14:textId="77777777" w:rsidTr="00D1009B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FDA3AF" w14:textId="5B11F406" w:rsidR="00143AE6" w:rsidRDefault="00143AE6" w:rsidP="00AC0DCC">
            <w:r>
              <w:rPr>
                <w:b/>
              </w:rPr>
              <w:t>初</w:t>
            </w:r>
            <w:r w:rsidR="00423E0A">
              <w:rPr>
                <w:rFonts w:hint="eastAsia"/>
                <w:b/>
                <w:lang w:eastAsia="ja-JP"/>
              </w:rPr>
              <w:t>回</w:t>
            </w:r>
            <w:proofErr w:type="spellStart"/>
            <w:r>
              <w:rPr>
                <w:b/>
              </w:rPr>
              <w:t>出店日</w:t>
            </w:r>
            <w:proofErr w:type="spellEnd"/>
          </w:p>
        </w:tc>
        <w:tc>
          <w:tcPr>
            <w:tcW w:w="74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7D4FBC" w14:textId="77777777" w:rsidR="00143AE6" w:rsidRDefault="00143AE6" w:rsidP="00AC0DCC">
            <w:pPr>
              <w:rPr>
                <w:lang w:eastAsia="ja-JP"/>
              </w:rPr>
            </w:pPr>
            <w:r>
              <w:rPr>
                <w:lang w:eastAsia="ja-JP"/>
              </w:rPr>
              <w:t>□ 今回が初出店　□ 令和　　　年　　　月　　　日</w:t>
            </w:r>
          </w:p>
        </w:tc>
      </w:tr>
      <w:tr w:rsidR="00143AE6" w14:paraId="376A7083" w14:textId="77777777" w:rsidTr="00D1009B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C19A56" w14:textId="77777777" w:rsidR="00143AE6" w:rsidRDefault="00143AE6" w:rsidP="00AC0DCC">
            <w:proofErr w:type="spellStart"/>
            <w:r>
              <w:rPr>
                <w:b/>
              </w:rPr>
              <w:t>市場への出店許可</w:t>
            </w:r>
            <w:proofErr w:type="spellEnd"/>
          </w:p>
        </w:tc>
        <w:tc>
          <w:tcPr>
            <w:tcW w:w="74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4ABE10" w14:textId="77777777" w:rsidR="00143AE6" w:rsidRDefault="00143AE6" w:rsidP="00AC0DCC">
            <w:pPr>
              <w:rPr>
                <w:lang w:eastAsia="ja-JP"/>
              </w:rPr>
            </w:pPr>
            <w:r>
              <w:rPr>
                <w:lang w:eastAsia="ja-JP"/>
              </w:rPr>
              <w:t>□ 許可済み　□ 申請中・申請予定</w:t>
            </w:r>
          </w:p>
        </w:tc>
      </w:tr>
    </w:tbl>
    <w:p w14:paraId="6754475E" w14:textId="77777777" w:rsidR="00143AE6" w:rsidRDefault="00143AE6" w:rsidP="00143AE6">
      <w:proofErr w:type="spellStart"/>
      <w:r>
        <w:rPr>
          <w:b/>
        </w:rPr>
        <w:t>借りたい物品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5184"/>
      </w:tblGrid>
      <w:tr w:rsidR="00143AE6" w14:paraId="31911062" w14:textId="77777777" w:rsidTr="00AC0DCC">
        <w:trPr>
          <w:jc w:val="center"/>
        </w:trPr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42C34E" w14:textId="77777777" w:rsidR="00143AE6" w:rsidRDefault="00143AE6" w:rsidP="00AC0DCC">
            <w:proofErr w:type="spellStart"/>
            <w:r>
              <w:rPr>
                <w:b/>
              </w:rPr>
              <w:t>物品</w:t>
            </w:r>
            <w:proofErr w:type="spellEnd"/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4B5F3A" w14:textId="77777777" w:rsidR="00143AE6" w:rsidRDefault="00143AE6" w:rsidP="00AC0DCC">
            <w:proofErr w:type="spellStart"/>
            <w:r>
              <w:rPr>
                <w:b/>
              </w:rPr>
              <w:t>希望数</w:t>
            </w:r>
            <w:proofErr w:type="spellEnd"/>
          </w:p>
        </w:tc>
      </w:tr>
      <w:tr w:rsidR="00143AE6" w14:paraId="70C1DFD7" w14:textId="77777777" w:rsidTr="00AC0DCC">
        <w:trPr>
          <w:jc w:val="center"/>
        </w:trPr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2E510D" w14:textId="77777777" w:rsidR="00143AE6" w:rsidRDefault="00143AE6" w:rsidP="00AC0DCC">
            <w:r>
              <w:t>机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E82434" w14:textId="77777777" w:rsidR="00143AE6" w:rsidRDefault="00143AE6" w:rsidP="00AC0DCC">
            <w:r>
              <w:t xml:space="preserve">　　　台</w:t>
            </w:r>
          </w:p>
        </w:tc>
      </w:tr>
      <w:tr w:rsidR="00143AE6" w14:paraId="104DC2DC" w14:textId="77777777" w:rsidTr="00AC0DCC">
        <w:trPr>
          <w:jc w:val="center"/>
        </w:trPr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B52C2C" w14:textId="0E1B568C" w:rsidR="00143AE6" w:rsidRDefault="00677FD3" w:rsidP="00AC0DCC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椅子</w:t>
            </w:r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6C7192" w14:textId="6109F306" w:rsidR="00143AE6" w:rsidRDefault="00143AE6" w:rsidP="00AC0DCC">
            <w:pPr>
              <w:rPr>
                <w:lang w:eastAsia="ja-JP"/>
              </w:rPr>
            </w:pPr>
            <w:r>
              <w:t xml:space="preserve">　　　</w:t>
            </w:r>
            <w:r w:rsidR="00146AF8">
              <w:rPr>
                <w:rFonts w:hint="eastAsia"/>
                <w:lang w:eastAsia="ja-JP"/>
              </w:rPr>
              <w:t>脚</w:t>
            </w:r>
          </w:p>
        </w:tc>
      </w:tr>
      <w:tr w:rsidR="00143AE6" w14:paraId="5953ED68" w14:textId="77777777" w:rsidTr="00AC0DCC">
        <w:trPr>
          <w:jc w:val="center"/>
        </w:trPr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393D14" w14:textId="77777777" w:rsidR="00143AE6" w:rsidRDefault="00143AE6" w:rsidP="00AC0DCC">
            <w:proofErr w:type="spellStart"/>
            <w:r>
              <w:t>テント</w:t>
            </w:r>
            <w:proofErr w:type="spellEnd"/>
          </w:p>
        </w:tc>
        <w:tc>
          <w:tcPr>
            <w:tcW w:w="51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E8E2DC" w14:textId="77777777" w:rsidR="00143AE6" w:rsidRDefault="00143AE6" w:rsidP="00AC0DCC">
            <w:r>
              <w:t xml:space="preserve">　　　張</w:t>
            </w:r>
          </w:p>
        </w:tc>
      </w:tr>
    </w:tbl>
    <w:p w14:paraId="0565C005" w14:textId="2762C4FE" w:rsidR="00143AE6" w:rsidRDefault="00143AE6" w:rsidP="0060046A">
      <w:pPr>
        <w:spacing w:after="140" w:line="0" w:lineRule="atLeast"/>
        <w:rPr>
          <w:lang w:eastAsia="ja-JP"/>
        </w:rPr>
      </w:pPr>
      <w:r>
        <w:rPr>
          <w:lang w:eastAsia="ja-JP"/>
        </w:rPr>
        <w:t>使用場所　中条市場の出店場所</w:t>
      </w:r>
    </w:p>
    <w:p w14:paraId="2B842C7A" w14:textId="77777777" w:rsidR="00143AE6" w:rsidRDefault="00143AE6" w:rsidP="0060046A">
      <w:pPr>
        <w:spacing w:line="0" w:lineRule="atLeast"/>
        <w:rPr>
          <w:lang w:eastAsia="ja-JP"/>
        </w:rPr>
      </w:pPr>
      <w:r>
        <w:rPr>
          <w:lang w:eastAsia="ja-JP"/>
        </w:rPr>
        <w:t>確認事項　□ 貸付料は無料ですが、市場の出店料等は別途必要です。</w:t>
      </w:r>
    </w:p>
    <w:p w14:paraId="08AB01B1" w14:textId="77777777" w:rsidR="00143AE6" w:rsidRDefault="00143AE6" w:rsidP="0060046A">
      <w:pPr>
        <w:spacing w:line="0" w:lineRule="atLeast"/>
        <w:rPr>
          <w:lang w:eastAsia="ja-JP"/>
        </w:rPr>
      </w:pPr>
      <w:r>
        <w:rPr>
          <w:lang w:eastAsia="ja-JP"/>
        </w:rPr>
        <w:t xml:space="preserve">　　　　　□ 借りた物品は第三者に貸さず、出店以外には使用しません。</w:t>
      </w:r>
    </w:p>
    <w:p w14:paraId="486ADFA4" w14:textId="5184AE99" w:rsidR="00435F12" w:rsidRPr="00143AE6" w:rsidRDefault="00143AE6" w:rsidP="005B5F80">
      <w:pPr>
        <w:spacing w:after="120" w:line="0" w:lineRule="atLeast"/>
        <w:rPr>
          <w:lang w:eastAsia="ja-JP"/>
        </w:rPr>
      </w:pPr>
      <w:r>
        <w:rPr>
          <w:lang w:eastAsia="ja-JP"/>
        </w:rPr>
        <w:t xml:space="preserve">　　　　　□ 費用負担、破損・紛失時の報告及び弁償の条件を確認しました。</w:t>
      </w:r>
    </w:p>
    <w:sectPr w:rsidR="00435F12" w:rsidRPr="00143AE6" w:rsidSect="0060046A">
      <w:pgSz w:w="11906" w:h="16838"/>
      <w:pgMar w:top="1134" w:right="1134" w:bottom="1587" w:left="1587" w:header="720" w:footer="720" w:gutter="0"/>
      <w:cols w:space="720"/>
      <w:docGrid w:type="linesAndChars" w:linePitch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BDA59" w14:textId="77777777" w:rsidR="00CA32A0" w:rsidRDefault="00CA32A0" w:rsidP="00CA32A0">
      <w:r>
        <w:separator/>
      </w:r>
    </w:p>
  </w:endnote>
  <w:endnote w:type="continuationSeparator" w:id="0">
    <w:p w14:paraId="726C1ECA" w14:textId="77777777" w:rsidR="00CA32A0" w:rsidRDefault="00CA32A0" w:rsidP="00CA3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2E221" w14:textId="77777777" w:rsidR="00CA32A0" w:rsidRDefault="00CA32A0" w:rsidP="00CA32A0">
      <w:r>
        <w:separator/>
      </w:r>
    </w:p>
  </w:footnote>
  <w:footnote w:type="continuationSeparator" w:id="0">
    <w:p w14:paraId="0B9DAE88" w14:textId="77777777" w:rsidR="00CA32A0" w:rsidRDefault="00CA32A0" w:rsidP="00CA3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07357">
    <w:abstractNumId w:val="8"/>
  </w:num>
  <w:num w:numId="2" w16cid:durableId="809589438">
    <w:abstractNumId w:val="6"/>
  </w:num>
  <w:num w:numId="3" w16cid:durableId="920288701">
    <w:abstractNumId w:val="5"/>
  </w:num>
  <w:num w:numId="4" w16cid:durableId="321930893">
    <w:abstractNumId w:val="4"/>
  </w:num>
  <w:num w:numId="5" w16cid:durableId="463818087">
    <w:abstractNumId w:val="7"/>
  </w:num>
  <w:num w:numId="6" w16cid:durableId="1086417363">
    <w:abstractNumId w:val="3"/>
  </w:num>
  <w:num w:numId="7" w16cid:durableId="1761216098">
    <w:abstractNumId w:val="2"/>
  </w:num>
  <w:num w:numId="8" w16cid:durableId="2006007258">
    <w:abstractNumId w:val="1"/>
  </w:num>
  <w:num w:numId="9" w16cid:durableId="791679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018"/>
    <w:rsid w:val="0007341D"/>
    <w:rsid w:val="00115E9F"/>
    <w:rsid w:val="00143AE6"/>
    <w:rsid w:val="00146AF8"/>
    <w:rsid w:val="0015074B"/>
    <w:rsid w:val="001635E4"/>
    <w:rsid w:val="001C03BF"/>
    <w:rsid w:val="00241B0B"/>
    <w:rsid w:val="002437AA"/>
    <w:rsid w:val="00291EBD"/>
    <w:rsid w:val="0029639D"/>
    <w:rsid w:val="0029744B"/>
    <w:rsid w:val="002A21F3"/>
    <w:rsid w:val="002B429B"/>
    <w:rsid w:val="002C127C"/>
    <w:rsid w:val="002C60B8"/>
    <w:rsid w:val="00316F34"/>
    <w:rsid w:val="00326F90"/>
    <w:rsid w:val="003C71DA"/>
    <w:rsid w:val="003D2FB6"/>
    <w:rsid w:val="00420F89"/>
    <w:rsid w:val="00423E0A"/>
    <w:rsid w:val="00435F12"/>
    <w:rsid w:val="00443AF0"/>
    <w:rsid w:val="00457D15"/>
    <w:rsid w:val="004F2844"/>
    <w:rsid w:val="00556ED0"/>
    <w:rsid w:val="00580743"/>
    <w:rsid w:val="00594E42"/>
    <w:rsid w:val="005B5F80"/>
    <w:rsid w:val="005D428D"/>
    <w:rsid w:val="0060046A"/>
    <w:rsid w:val="00620B46"/>
    <w:rsid w:val="00677FD3"/>
    <w:rsid w:val="0071313C"/>
    <w:rsid w:val="00750C3A"/>
    <w:rsid w:val="00816279"/>
    <w:rsid w:val="0083388B"/>
    <w:rsid w:val="00874CA9"/>
    <w:rsid w:val="00875410"/>
    <w:rsid w:val="008C4F25"/>
    <w:rsid w:val="008F0FE7"/>
    <w:rsid w:val="009072A8"/>
    <w:rsid w:val="0093101C"/>
    <w:rsid w:val="00940584"/>
    <w:rsid w:val="00A36BA8"/>
    <w:rsid w:val="00A60BEE"/>
    <w:rsid w:val="00AA1D8D"/>
    <w:rsid w:val="00AD10C6"/>
    <w:rsid w:val="00B109AB"/>
    <w:rsid w:val="00B47730"/>
    <w:rsid w:val="00B86184"/>
    <w:rsid w:val="00BA7089"/>
    <w:rsid w:val="00BC0F51"/>
    <w:rsid w:val="00BD44BE"/>
    <w:rsid w:val="00BD71F8"/>
    <w:rsid w:val="00C0474A"/>
    <w:rsid w:val="00C174B2"/>
    <w:rsid w:val="00C17A68"/>
    <w:rsid w:val="00C25FE5"/>
    <w:rsid w:val="00C80A35"/>
    <w:rsid w:val="00CA32A0"/>
    <w:rsid w:val="00CB0664"/>
    <w:rsid w:val="00D1009B"/>
    <w:rsid w:val="00D628F3"/>
    <w:rsid w:val="00D8193C"/>
    <w:rsid w:val="00D866BD"/>
    <w:rsid w:val="00E43CB6"/>
    <w:rsid w:val="00F11D5E"/>
    <w:rsid w:val="00F35AB1"/>
    <w:rsid w:val="00F767FE"/>
    <w:rsid w:val="00FA3B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87466A2"/>
  <w14:defaultImageDpi w14:val="300"/>
  <w15:docId w15:val="{F4208715-A3F5-402B-B745-911AF91D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ＭＳ 明朝" w:eastAsia="ＭＳ 明朝" w:hAnsi="ＭＳ 明朝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20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C25FE5"/>
    <w:pPr>
      <w:spacing w:after="0" w:line="240" w:lineRule="auto"/>
    </w:pPr>
    <w:rPr>
      <w:rFonts w:ascii="ＭＳ 明朝" w:eastAsia="ＭＳ 明朝" w:hAnsi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kankou</dc:creator>
  <cp:lastModifiedBy>kankou</cp:lastModifiedBy>
  <cp:revision>4</cp:revision>
  <cp:lastPrinted>2026-10-20T05:21:00Z</cp:lastPrinted>
  <dcterms:created xsi:type="dcterms:W3CDTF">2026-10-23T06:55:00Z</dcterms:created>
  <dcterms:modified xsi:type="dcterms:W3CDTF">2026-10-23T07:12:00Z</dcterms:modified>
</cp:coreProperties>
</file>